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3E301D"/>
          <w:sz w:val="48"/>
        </w:rPr>
        <w:t>GST TAX INVOICE</w:t>
      </w:r>
      <w:r>
        <w:rPr>
          <w:b/>
          <w:color w:val="C49A3A"/>
          <w:sz w:val="18"/>
        </w:rPr>
        <w:t xml:space="preserve">    ORIGINAL FOR RECIPIENT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SELLER / SUPPLIER</w:t>
            </w:r>
          </w:p>
        </w:tc>
        <w:tc>
          <w:tcPr>
            <w:tcW w:type="dxa" w:w="5472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INVOICE DETAILS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Business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Invoice Number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Business Address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Invoice Date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GSTIN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Due Date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State / State Code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Place of Supply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Email / Phone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Reverse Charge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BILL TO</w:t>
            </w:r>
          </w:p>
        </w:tc>
        <w:tc>
          <w:tcPr>
            <w:tcW w:type="dxa" w:w="5472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SHIP TO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Customer / Business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Recipient Name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Billing Address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Shipping Address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GSTIN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State / State Code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Contact Details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Delivery Details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>
        <w:tc>
          <w:tcPr>
            <w:tcW w:type="dxa" w:w="1094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Description of Goods / Services</w:t>
            </w:r>
          </w:p>
        </w:tc>
        <w:tc>
          <w:tcPr>
            <w:tcW w:type="dxa" w:w="1094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HSN / SAC</w:t>
            </w:r>
          </w:p>
        </w:tc>
        <w:tc>
          <w:tcPr>
            <w:tcW w:type="dxa" w:w="1094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Quantity</w:t>
            </w:r>
          </w:p>
        </w:tc>
        <w:tc>
          <w:tcPr>
            <w:tcW w:type="dxa" w:w="1094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Unit</w:t>
            </w:r>
          </w:p>
        </w:tc>
        <w:tc>
          <w:tcPr>
            <w:tcW w:type="dxa" w:w="1094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Rate</w:t>
            </w:r>
          </w:p>
        </w:tc>
        <w:tc>
          <w:tcPr>
            <w:tcW w:type="dxa" w:w="1094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Discount</w:t>
            </w:r>
          </w:p>
        </w:tc>
        <w:tc>
          <w:tcPr>
            <w:tcW w:type="dxa" w:w="1094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Taxable Value</w:t>
            </w:r>
          </w:p>
        </w:tc>
        <w:tc>
          <w:tcPr>
            <w:tcW w:type="dxa" w:w="1094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CGST</w:t>
            </w:r>
          </w:p>
        </w:tc>
        <w:tc>
          <w:tcPr>
            <w:tcW w:type="dxa" w:w="1094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SGST</w:t>
            </w:r>
          </w:p>
        </w:tc>
        <w:tc>
          <w:tcPr>
            <w:tcW w:type="dxa" w:w="1094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IGST</w:t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Taxable Amount</w:t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TAX SUMMARY</w:t>
            </w:r>
          </w:p>
        </w:tc>
        <w:tc>
          <w:tcPr>
            <w:tcW w:type="dxa" w:w="5472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TOTALS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CGST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Subtotal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SGST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CGST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IGST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SGST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CESS / Other Tax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IGST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Total Tax Amount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Grand Total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Amount in Words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Amount in Words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PAYMENT INFORMATION</w:t>
            </w:r>
          </w:p>
        </w:tc>
        <w:tc>
          <w:tcPr>
            <w:tcW w:type="dxa" w:w="5472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TERMS &amp; CONDITIONS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Bank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Payment Terms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Account Holder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Notes / Terms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Account Details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Declaration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vAlign w:val="center"/>
            <w:shd w:fill="C49A3A"/>
          </w:tcPr>
          <w:p>
            <w:r/>
            <w:r>
              <w:rPr>
                <w:b/>
                <w:color w:val="FFFFFF"/>
                <w:sz w:val="16"/>
              </w:rPr>
              <w:t>AUTHORIZED SIGNATORY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For Business Name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Signature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color w:val="3E301D"/>
                <w:sz w:val="16"/>
              </w:rPr>
              <w:t>Name / Designation</w:t>
            </w:r>
          </w:p>
        </w:tc>
      </w:tr>
    </w:tbl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