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2"/>
              </w:rPr>
              <w:t>YOUR BUSINESS / COMPANY NAME</w:t>
            </w:r>
          </w:p>
          <w:p>
            <w:r>
              <w:rPr>
                <w:color w:val="DCE6F0"/>
                <w:sz w:val="16"/>
              </w:rPr>
              <w:t>SERVICE PROVIDER • GST REGISTERED</w:t>
            </w:r>
          </w:p>
        </w:tc>
        <w:tc>
          <w:tcPr>
            <w:tcW w:type="dxa" w:w="5544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46"/>
              </w:rPr>
              <w:t>GST INVOICE</w:t>
            </w:r>
          </w:p>
          <w:p>
            <w:pPr>
              <w:jc w:val="right"/>
            </w:pPr>
            <w:r>
              <w:rPr>
                <w:color w:val="DCE6F0"/>
                <w:sz w:val="18"/>
              </w:rPr>
              <w:t>SERVICE CHARGES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96"/>
        <w:gridCol w:w="3696"/>
        <w:gridCol w:w="3696"/>
      </w:tblGrid>
      <w:tr>
        <w:tc>
          <w:tcPr>
            <w:tcW w:type="dxa" w:w="3696"/>
            <w:shd w:fill="DCE6F1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17365D"/>
                <w:sz w:val="18"/>
              </w:rPr>
              <w:t>BUSINESS DETAILS</w:t>
            </w:r>
          </w:p>
        </w:tc>
        <w:tc>
          <w:tcPr>
            <w:tcW w:type="dxa" w:w="3696"/>
            <w:shd w:fill="DCE6F1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17365D"/>
                <w:sz w:val="18"/>
              </w:rPr>
              <w:t>BILL TO</w:t>
            </w:r>
          </w:p>
        </w:tc>
        <w:tc>
          <w:tcPr>
            <w:tcW w:type="dxa" w:w="3696"/>
            <w:shd w:fill="DCE6F1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17365D"/>
                <w:sz w:val="18"/>
              </w:rPr>
              <w:t>INVOICE DETAILS</w:t>
            </w:r>
          </w:p>
        </w:tc>
      </w:tr>
      <w:tr>
        <w:tc>
          <w:tcPr>
            <w:tcW w:type="dxa" w:w="3696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Address</w:t>
              <w:br/>
              <w:t>GSTIN</w:t>
              <w:br/>
              <w:t>Contact / Email</w:t>
            </w:r>
          </w:p>
        </w:tc>
        <w:tc>
          <w:tcPr>
            <w:tcW w:type="dxa" w:w="3696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</w:r>
          </w:p>
        </w:tc>
        <w:tc>
          <w:tcPr>
            <w:tcW w:type="dxa" w:w="3696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Invoice Number</w:t>
              <w:br/>
              <w:t>Invoice Date</w:t>
              <w:br/>
              <w:t>Due Date</w:t>
            </w:r>
          </w:p>
        </w:tc>
      </w:tr>
    </w:tbl>
    <w:p/>
    <w:p>
      <w:r>
        <w:rPr>
          <w:b/>
          <w:color w:val="17365D"/>
          <w:sz w:val="24"/>
        </w:rPr>
        <w:t>SERVICE &amp; CHARGES  |  DESCRIPTION OF SERVICES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SERVICE DESCRIPTION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SAC / HSN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QTY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RATE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DISCOUNT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TAXABLE VALUE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GST</w:t>
            </w:r>
          </w:p>
        </w:tc>
        <w:tc>
          <w:tcPr>
            <w:tcW w:type="dxa" w:w="1386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5"/>
              </w:rPr>
              <w:t>TOTAL</w:t>
            </w:r>
          </w:p>
        </w:tc>
      </w:tr>
      <w:tr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  <w:tr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  <w:tc>
          <w:tcPr>
            <w:tcW w:type="dxa" w:w="1386"/>
            <w:tcMar>
              <w:top w:w="110" w:type="dxa"/>
              <w:start w:w="110" w:type="dxa"/>
              <w:bottom w:w="110" w:type="dxa"/>
              <w:end w:w="110" w:type="dxa"/>
            </w:tcMar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  <w:shd w:fill="F5F8FB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17365D"/>
                <w:sz w:val="20"/>
              </w:rPr>
              <w:t>PAYMENT &amp; BANK DETAILS</w:t>
            </w:r>
          </w:p>
          <w:p>
            <w:r>
              <w:rPr>
                <w:sz w:val="16"/>
              </w:rPr>
              <w:t>Account Name:  __________________________________</w:t>
            </w:r>
          </w:p>
          <w:p>
            <w:r>
              <w:rPr>
                <w:sz w:val="16"/>
              </w:rPr>
              <w:t>Bank Name:  ____________________________________</w:t>
            </w:r>
          </w:p>
          <w:p>
            <w:r>
              <w:rPr>
                <w:sz w:val="16"/>
              </w:rPr>
              <w:t>Account Number:  _______________________________</w:t>
            </w:r>
          </w:p>
          <w:p>
            <w:r>
              <w:rPr>
                <w:sz w:val="16"/>
              </w:rPr>
              <w:t>IFSC / Branch:  _________________________________</w:t>
            </w:r>
          </w:p>
          <w:p>
            <w:r>
              <w:rPr>
                <w:sz w:val="16"/>
              </w:rPr>
              <w:t>Payment Method:  _______________________________</w:t>
            </w:r>
          </w:p>
        </w:tc>
        <w:tc>
          <w:tcPr>
            <w:tcW w:type="dxa" w:w="5544"/>
            <w:shd w:fill="F5F8FB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right"/>
            </w:pPr>
            <w:r/>
            <w:r>
              <w:rPr>
                <w:b/>
                <w:color w:val="17365D"/>
                <w:sz w:val="20"/>
              </w:rPr>
              <w:t>INVOICE SUMMARY</w:t>
            </w:r>
          </w:p>
          <w:p>
            <w:pPr>
              <w:jc w:val="right"/>
            </w:pPr>
            <w:r>
              <w:rPr>
                <w:b w:val="0"/>
                <w:sz w:val="16"/>
              </w:rPr>
              <w:t>Subtotal  __________________</w:t>
            </w:r>
          </w:p>
          <w:p>
            <w:pPr>
              <w:jc w:val="right"/>
            </w:pPr>
            <w:r>
              <w:rPr>
                <w:b w:val="0"/>
                <w:sz w:val="16"/>
              </w:rPr>
              <w:t>Discount  __________________</w:t>
            </w:r>
          </w:p>
          <w:p>
            <w:pPr>
              <w:jc w:val="right"/>
            </w:pPr>
            <w:r>
              <w:rPr>
                <w:b w:val="0"/>
                <w:sz w:val="16"/>
              </w:rPr>
              <w:t>Taxable Amount  ____________</w:t>
            </w:r>
          </w:p>
          <w:p>
            <w:pPr>
              <w:jc w:val="right"/>
            </w:pPr>
            <w:r>
              <w:rPr>
                <w:b w:val="0"/>
                <w:sz w:val="16"/>
              </w:rPr>
              <w:t>GST / Tax  _________________</w:t>
            </w:r>
          </w:p>
          <w:p>
            <w:pPr>
              <w:jc w:val="right"/>
            </w:pPr>
            <w:r>
              <w:rPr>
                <w:b/>
                <w:sz w:val="16"/>
              </w:rPr>
              <w:t>GRAND TOTAL  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544"/>
        <w:gridCol w:w="5544"/>
      </w:tblGrid>
      <w:tr>
        <w:tc>
          <w:tcPr>
            <w:tcW w:type="dxa" w:w="5544"/>
            <w:shd w:fill="17365D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TERMS &amp; CONDITIONS</w:t>
            </w:r>
          </w:p>
          <w:p>
            <w:r>
              <w:rPr>
                <w:color w:val="EBF0F6"/>
                <w:sz w:val="16"/>
              </w:rPr>
              <w:t>Payment terms:  __________________________________</w:t>
              <w:br/>
              <w:t>________________________________________________</w:t>
            </w:r>
          </w:p>
        </w:tc>
        <w:tc>
          <w:tcPr>
            <w:tcW w:type="dxa" w:w="5544"/>
            <w:shd w:fill="DCE6F1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right"/>
            </w:pPr>
            <w:r/>
            <w:r>
              <w:rPr>
                <w:b/>
                <w:color w:val="17365D"/>
                <w:sz w:val="18"/>
              </w:rPr>
              <w:t>AUTHORIZED SIGNATORY</w:t>
            </w:r>
          </w:p>
          <w:p>
            <w:pPr>
              <w:jc w:val="right"/>
            </w:pPr>
            <w:r>
              <w:rPr>
                <w:sz w:val="16"/>
              </w:rPr>
              <w:br/>
              <w:t>Signature / Stamp</w:t>
            </w:r>
          </w:p>
        </w:tc>
      </w:tr>
    </w:tbl>
    <w:sectPr w:rsidR="00FC693F" w:rsidRPr="0006063C" w:rsidSect="00034616">
      <w:pgSz w:w="12240" w:h="15840"/>
      <w:pgMar w:top="504" w:right="576" w:bottom="50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