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573"/>
        <w:gridCol w:w="5573"/>
      </w:tblGrid>
      <w:tr>
        <w:tc>
          <w:tcPr>
            <w:tcW w:type="dxa" w:w="5573"/>
            <w:shd w:fill="087F6C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34"/>
              </w:rPr>
              <w:t>◈  YOUR BRAND / COMPANY</w:t>
            </w:r>
          </w:p>
          <w:p>
            <w:r>
              <w:rPr>
                <w:color w:val="DDF4EF"/>
                <w:sz w:val="16"/>
              </w:rPr>
              <w:t>Professional Services  •  GST Registered</w:t>
            </w:r>
          </w:p>
        </w:tc>
        <w:tc>
          <w:tcPr>
            <w:tcW w:type="dxa" w:w="5573"/>
            <w:shd w:fill="087F6C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right"/>
            </w:pPr>
            <w:r/>
            <w:r>
              <w:rPr>
                <w:b/>
                <w:color w:val="FFFFFF"/>
                <w:sz w:val="48"/>
              </w:rPr>
              <w:t>TAX INVOICE</w:t>
            </w:r>
          </w:p>
          <w:p>
            <w:pPr>
              <w:jc w:val="right"/>
            </w:pPr>
            <w:r>
              <w:rPr>
                <w:color w:val="DDF4EF"/>
                <w:sz w:val="18"/>
              </w:rPr>
              <w:t>SERVICE CHARGES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786"/>
        <w:gridCol w:w="2786"/>
        <w:gridCol w:w="2786"/>
        <w:gridCol w:w="2786"/>
      </w:tblGrid>
      <w:tr>
        <w:tc>
          <w:tcPr>
            <w:tcW w:type="dxa" w:w="2786"/>
            <w:shd w:fill="DDF4EF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07564B"/>
                <w:sz w:val="16"/>
              </w:rPr>
              <w:t>INVOICE NO.</w:t>
            </w:r>
          </w:p>
        </w:tc>
        <w:tc>
          <w:tcPr>
            <w:tcW w:type="dxa" w:w="2786"/>
            <w:shd w:fill="DDF4EF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07564B"/>
                <w:sz w:val="16"/>
              </w:rPr>
              <w:t>INVOICE DATE</w:t>
            </w:r>
          </w:p>
        </w:tc>
        <w:tc>
          <w:tcPr>
            <w:tcW w:type="dxa" w:w="2786"/>
            <w:shd w:fill="DDF4EF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07564B"/>
                <w:sz w:val="16"/>
              </w:rPr>
              <w:t>DUE DATE</w:t>
            </w:r>
          </w:p>
        </w:tc>
        <w:tc>
          <w:tcPr>
            <w:tcW w:type="dxa" w:w="2786"/>
            <w:shd w:fill="DDF4EF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07564B"/>
                <w:sz w:val="16"/>
              </w:rPr>
              <w:t>PLACE OF SUPPLY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573"/>
        <w:gridCol w:w="5573"/>
      </w:tblGrid>
      <w:tr>
        <w:tc>
          <w:tcPr>
            <w:tcW w:type="dxa" w:w="5573"/>
            <w:shd w:fill="07564B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FROM / SERVICE PROVIDER</w:t>
            </w:r>
          </w:p>
        </w:tc>
        <w:tc>
          <w:tcPr>
            <w:tcW w:type="dxa" w:w="5573"/>
            <w:shd w:fill="07564B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BILL TO / CUSTOMER</w:t>
            </w:r>
          </w:p>
        </w:tc>
      </w:tr>
      <w:tr>
        <w:tc>
          <w:tcPr>
            <w:tcW w:type="dxa" w:w="5573"/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Business Name</w:t>
              <w:br/>
              <w:t>Address</w:t>
              <w:br/>
              <w:t>GSTIN</w:t>
              <w:br/>
              <w:t>Contact / Email</w:t>
            </w:r>
          </w:p>
        </w:tc>
        <w:tc>
          <w:tcPr>
            <w:tcW w:type="dxa" w:w="5573"/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Customer Name</w:t>
              <w:br/>
              <w:t>Billing Address</w:t>
              <w:br/>
              <w:t>GSTIN</w:t>
              <w:br/>
              <w:t>Contact / Email</w:t>
            </w:r>
          </w:p>
        </w:tc>
      </w:tr>
    </w:tbl>
    <w:p/>
    <w:p>
      <w:r>
        <w:rPr>
          <w:b/>
          <w:color w:val="087F6C"/>
          <w:sz w:val="24"/>
        </w:rPr>
        <w:t>SERVICE DETAILS</w:t>
      </w:r>
      <w:r>
        <w:rPr>
          <w:sz w:val="16"/>
        </w:rPr>
        <w:t xml:space="preserve">   |   PROFESSIONAL SERVICE CHARGES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3"/>
        <w:gridCol w:w="1393"/>
        <w:gridCol w:w="1393"/>
        <w:gridCol w:w="1393"/>
        <w:gridCol w:w="1393"/>
        <w:gridCol w:w="1393"/>
        <w:gridCol w:w="1393"/>
        <w:gridCol w:w="1393"/>
      </w:tblGrid>
      <w:tr>
        <w:tc>
          <w:tcPr>
            <w:tcW w:type="dxa" w:w="1393"/>
            <w:shd w:fill="087F6C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SERVICE / DESCRIPTION</w:t>
            </w:r>
          </w:p>
        </w:tc>
        <w:tc>
          <w:tcPr>
            <w:tcW w:type="dxa" w:w="1393"/>
            <w:shd w:fill="087F6C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SAC / HSN</w:t>
            </w:r>
          </w:p>
        </w:tc>
        <w:tc>
          <w:tcPr>
            <w:tcW w:type="dxa" w:w="1393"/>
            <w:shd w:fill="087F6C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UNITS</w:t>
            </w:r>
          </w:p>
        </w:tc>
        <w:tc>
          <w:tcPr>
            <w:tcW w:type="dxa" w:w="1393"/>
            <w:shd w:fill="087F6C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RATE</w:t>
            </w:r>
          </w:p>
        </w:tc>
        <w:tc>
          <w:tcPr>
            <w:tcW w:type="dxa" w:w="1393"/>
            <w:shd w:fill="087F6C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DISCOUNT</w:t>
            </w:r>
          </w:p>
        </w:tc>
        <w:tc>
          <w:tcPr>
            <w:tcW w:type="dxa" w:w="1393"/>
            <w:shd w:fill="087F6C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TAXABLE VALUE</w:t>
            </w:r>
          </w:p>
        </w:tc>
        <w:tc>
          <w:tcPr>
            <w:tcW w:type="dxa" w:w="1393"/>
            <w:shd w:fill="087F6C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GST</w:t>
            </w:r>
          </w:p>
        </w:tc>
        <w:tc>
          <w:tcPr>
            <w:tcW w:type="dxa" w:w="1393"/>
            <w:shd w:fill="087F6C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AMOUNT</w:t>
            </w:r>
          </w:p>
        </w:tc>
      </w:tr>
      <w:tr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</w:tr>
      <w:tr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</w:tr>
      <w:tr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</w:tr>
      <w:tr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  <w:tc>
          <w:tcPr>
            <w:tcW w:type="dxa" w:w="1393"/>
            <w:tcMar>
              <w:top w:w="110" w:type="dxa"/>
              <w:start w:w="110" w:type="dxa"/>
              <w:bottom w:w="110" w:type="dxa"/>
              <w:end w:w="110" w:type="dxa"/>
            </w:tcMar>
            <w:shd w:fill="F5FAF9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15"/>
        <w:gridCol w:w="3715"/>
        <w:gridCol w:w="3715"/>
      </w:tblGrid>
      <w:tr>
        <w:tc>
          <w:tcPr>
            <w:tcW w:type="dxa" w:w="3715"/>
            <w:shd w:fill="DDF4EF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07564B"/>
                <w:sz w:val="18"/>
              </w:rPr>
              <w:t>PAYMENT DETAILS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Bank Name: ______________________</w:t>
              <w:br/>
              <w:t>Account Name: ____________________</w:t>
              <w:br/>
              <w:t>Account Number: _________________</w:t>
              <w:br/>
              <w:t>IFSC / Branch: __________________</w:t>
            </w:r>
          </w:p>
        </w:tc>
        <w:tc>
          <w:tcPr>
            <w:tcW w:type="dxa" w:w="3715"/>
            <w:shd w:fill="DDF4EF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07564B"/>
                <w:sz w:val="18"/>
              </w:rPr>
              <w:t>TAX SUMMARY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Subtotal: ________________________</w:t>
              <w:br/>
              <w:t>Discount: ________________________</w:t>
              <w:br/>
              <w:t>Taxable Value: ____________________</w:t>
              <w:br/>
              <w:t>GST / Tax: _______________________</w:t>
              <w:br/>
              <w:t>GRAND TOTAL: ____________________</w:t>
            </w:r>
          </w:p>
        </w:tc>
        <w:tc>
          <w:tcPr>
            <w:tcW w:type="dxa" w:w="3715"/>
            <w:shd w:fill="DDF4EF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07564B"/>
                <w:sz w:val="18"/>
              </w:rPr>
              <w:t>AUTHORIZATION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Authorized Signatory</w:t>
              <w:br/>
              <w:br/>
              <w:br/>
              <w:t>Signature / Stamp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1146"/>
      </w:tblGrid>
      <w:tr>
        <w:tc>
          <w:tcPr>
            <w:tcW w:type="dxa" w:w="11146"/>
            <w:shd w:fill="07564B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TERMS &amp; CONDITIONS</w:t>
            </w:r>
          </w:p>
          <w:p>
            <w:r>
              <w:rPr>
                <w:color w:val="DDF4EF"/>
                <w:sz w:val="16"/>
              </w:rPr>
              <w:t>Payment Terms: ________________________________________________</w:t>
              <w:br/>
              <w:t>________________________________________________________________</w:t>
            </w:r>
          </w:p>
        </w:tc>
      </w:tr>
    </w:tbl>
    <w:sectPr w:rsidR="00FC693F" w:rsidRPr="0006063C" w:rsidSect="00034616">
      <w:pgSz w:w="12240" w:h="15840"/>
      <w:pgMar w:top="461" w:right="547" w:bottom="461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