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744"/>
        <w:gridCol w:w="3744"/>
        <w:gridCol w:w="3744"/>
      </w:tblGrid>
      <w:tr>
        <w:tc>
          <w:tcPr>
            <w:tcW w:type="dxa" w:w="374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34"/>
              </w:rPr>
              <w:t>YOUR BRAND</w:t>
            </w:r>
          </w:p>
          <w:p>
            <w:r>
              <w:rPr>
                <w:color w:val="FFD9CE"/>
                <w:sz w:val="16"/>
              </w:rPr>
              <w:t>BUSINESS / SERVICES</w:t>
            </w:r>
          </w:p>
        </w:tc>
        <w:tc>
          <w:tcPr>
            <w:tcW w:type="dxa" w:w="374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40"/>
              </w:rPr>
              <w:t>GST</w:t>
              <w:br/>
              <w:t>INVOICE</w:t>
            </w:r>
          </w:p>
        </w:tc>
        <w:tc>
          <w:tcPr>
            <w:tcW w:type="dxa" w:w="374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right"/>
            </w:pPr>
            <w:r/>
            <w:r>
              <w:rPr>
                <w:b/>
                <w:color w:val="FFFFFF"/>
                <w:sz w:val="24"/>
              </w:rPr>
              <w:t>DISCOUNT</w:t>
              <w:br/>
              <w:t>INVOICE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08"/>
        <w:gridCol w:w="2808"/>
        <w:gridCol w:w="2808"/>
        <w:gridCol w:w="2808"/>
      </w:tblGrid>
      <w:tr>
        <w:tc>
          <w:tcPr>
            <w:tcW w:type="dxa" w:w="2808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6"/>
              </w:rPr>
              <w:t>INVOICE NO.</w:t>
            </w:r>
          </w:p>
        </w:tc>
        <w:tc>
          <w:tcPr>
            <w:tcW w:type="dxa" w:w="2808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6"/>
              </w:rPr>
              <w:t>INVOICE DATE</w:t>
            </w:r>
          </w:p>
        </w:tc>
        <w:tc>
          <w:tcPr>
            <w:tcW w:type="dxa" w:w="2808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6"/>
              </w:rPr>
              <w:t>DUE DATE</w:t>
            </w:r>
          </w:p>
        </w:tc>
        <w:tc>
          <w:tcPr>
            <w:tcW w:type="dxa" w:w="2808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6"/>
              </w:rPr>
              <w:t>PLACE OF SUPPLY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616"/>
        <w:gridCol w:w="5616"/>
      </w:tblGrid>
      <w:tr>
        <w:tc>
          <w:tcPr>
            <w:tcW w:type="dxa" w:w="5616"/>
            <w:shd w:fill="D95D39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FROM — SELLER / SERVICE PROVIDER</w:t>
            </w:r>
          </w:p>
        </w:tc>
        <w:tc>
          <w:tcPr>
            <w:tcW w:type="dxa" w:w="5616"/>
            <w:shd w:fill="D95D39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TO — CUSTOMER / CLIENT</w:t>
            </w:r>
          </w:p>
        </w:tc>
      </w:tr>
      <w:tr>
        <w:tc>
          <w:tcPr>
            <w:tcW w:type="dxa" w:w="5616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Business Name</w:t>
              <w:br/>
              <w:t>Address</w:t>
              <w:br/>
              <w:t>GSTIN</w:t>
              <w:br/>
              <w:t>Phone / Email</w:t>
            </w:r>
          </w:p>
        </w:tc>
        <w:tc>
          <w:tcPr>
            <w:tcW w:type="dxa" w:w="5616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left"/>
            </w:pPr>
            <w:r/>
            <w:r>
              <w:rPr>
                <w:b w:val="0"/>
                <w:color w:val="333333"/>
                <w:sz w:val="16"/>
              </w:rPr>
              <w:t>Customer Name</w:t>
              <w:br/>
              <w:t>Billing Address</w:t>
              <w:br/>
              <w:t>GSTIN</w:t>
              <w:br/>
              <w:t>Phone / Email</w:t>
            </w:r>
          </w:p>
        </w:tc>
      </w:tr>
    </w:tbl>
    <w:p/>
    <w:p>
      <w:r>
        <w:rPr>
          <w:b/>
          <w:color w:val="D95D39"/>
          <w:sz w:val="26"/>
        </w:rPr>
        <w:t>BILLING DETAILS</w:t>
      </w:r>
      <w:r>
        <w:rPr>
          <w:sz w:val="16"/>
        </w:rPr>
        <w:t xml:space="preserve">   |   DISCOUNT SHOWN SEPARATELY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04"/>
        <w:gridCol w:w="1404"/>
        <w:gridCol w:w="1404"/>
        <w:gridCol w:w="1404"/>
        <w:gridCol w:w="1404"/>
        <w:gridCol w:w="1404"/>
        <w:gridCol w:w="1404"/>
        <w:gridCol w:w="1404"/>
      </w:tblGrid>
      <w:tr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DESCRIPTION / SERVICE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HSN / SAC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QTY.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DISCOUNT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TAXABLE VALUE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GST</w:t>
            </w:r>
          </w:p>
        </w:tc>
        <w:tc>
          <w:tcPr>
            <w:tcW w:type="dxa" w:w="1404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FFFFFF"/>
                <w:sz w:val="14"/>
              </w:rPr>
              <w:t>AMOUNT</w:t>
            </w:r>
          </w:p>
        </w:tc>
      </w:tr>
      <w:tr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</w:tr>
      <w:tr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</w:tr>
      <w:tr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FFF"/>
          </w:tcPr>
          <w:p/>
        </w:tc>
      </w:tr>
      <w:tr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  <w:tc>
          <w:tcPr>
            <w:tcW w:type="dxa" w:w="1404"/>
            <w:tcMar>
              <w:top w:w="105" w:type="dxa"/>
              <w:start w:w="105" w:type="dxa"/>
              <w:bottom w:w="105" w:type="dxa"/>
              <w:end w:w="105" w:type="dxa"/>
            </w:tcMar>
            <w:shd w:fill="FFF7F2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744"/>
        <w:gridCol w:w="3744"/>
        <w:gridCol w:w="3744"/>
      </w:tblGrid>
      <w:tr>
        <w:tc>
          <w:tcPr>
            <w:tcW w:type="dxa" w:w="3744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8"/>
              </w:rPr>
              <w:t>DISCOUNT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Gross Amount: ____________________</w:t>
              <w:br/>
              <w:t>Discount: _________________________</w:t>
              <w:br/>
              <w:t>Net Amount: _______________________</w:t>
            </w:r>
          </w:p>
        </w:tc>
        <w:tc>
          <w:tcPr>
            <w:tcW w:type="dxa" w:w="3744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8"/>
              </w:rPr>
              <w:t>TAX DETAILS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CGST: _____________________________</w:t>
              <w:br/>
              <w:t>SGST: _____________________________</w:t>
              <w:br/>
              <w:t>IGST: _____________________________</w:t>
              <w:br/>
              <w:t>Total GST: ________________________</w:t>
            </w:r>
          </w:p>
        </w:tc>
        <w:tc>
          <w:tcPr>
            <w:tcW w:type="dxa" w:w="3744"/>
            <w:shd w:fill="FCE3DA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center"/>
            </w:pPr>
            <w:r/>
            <w:r>
              <w:rPr>
                <w:b/>
                <w:color w:val="202124"/>
                <w:sz w:val="18"/>
              </w:rPr>
              <w:t>TOTAL &amp; AUTHORIZATION</w:t>
            </w:r>
          </w:p>
          <w:p>
            <w:pPr>
              <w:jc w:val="center"/>
            </w:pPr>
            <w:r>
              <w:rPr>
                <w:color w:val="333333"/>
                <w:sz w:val="16"/>
              </w:rPr>
              <w:t>Taxable Total: ____________________</w:t>
              <w:br/>
              <w:t>GRAND TOTAL: _____________________</w:t>
              <w:br/>
              <w:br/>
              <w:t>Authorized Signatory</w:t>
              <w:br/>
              <w:t>Signature / Stamp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1232"/>
      </w:tblGrid>
      <w:tr>
        <w:tc>
          <w:tcPr>
            <w:tcW w:type="dxa" w:w="11232"/>
            <w:shd w:fill="202124"/>
            <w:tcMar>
              <w:top w:w="105" w:type="dxa"/>
              <w:start w:w="105" w:type="dxa"/>
              <w:bottom w:w="105" w:type="dxa"/>
              <w:end w:w="105" w:type="dxa"/>
            </w:tcMar>
          </w:tcPr>
          <w:p>
            <w:pPr>
              <w:jc w:val="left"/>
            </w:pPr>
            <w:r/>
            <w:r>
              <w:rPr>
                <w:b/>
                <w:color w:val="FFFFFF"/>
                <w:sz w:val="18"/>
              </w:rPr>
              <w:t>BANK / PAYMENT DETAILS  •  TERMS &amp; CONDITIONS</w:t>
            </w:r>
          </w:p>
          <w:p>
            <w:r>
              <w:rPr>
                <w:color w:val="FFF7F2"/>
                <w:sz w:val="16"/>
              </w:rPr>
              <w:t>Bank / UPI: _________________________________________________</w:t>
              <w:br/>
              <w:t>Payment Terms: ________________________________________________</w:t>
              <w:br/>
              <w:t>________________________________________________________________</w:t>
            </w:r>
          </w:p>
        </w:tc>
      </w:tr>
    </w:tbl>
    <w:sectPr w:rsidR="00FC693F" w:rsidRPr="0006063C" w:rsidSect="00034616">
      <w:pgSz w:w="12240" w:h="15840"/>
      <w:pgMar w:top="432" w:right="504" w:bottom="432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