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5616"/>
        <w:gridCol w:w="5616"/>
      </w:tblGrid>
      <w:tr>
        <w:tc>
          <w:tcPr>
            <w:tcW w:type="dxa" w:w="5616"/>
            <w:shd w:fill="155E3B"/>
            <w:tcMar>
              <w:top w:w="100" w:type="dxa"/>
              <w:start w:w="100" w:type="dxa"/>
              <w:bottom w:w="100" w:type="dxa"/>
              <w:end w:w="100" w:type="dxa"/>
            </w:tcMar>
          </w:tcPr>
          <w:p>
            <w:pPr>
              <w:jc w:val="left"/>
            </w:pPr>
            <w:r/>
            <w:r>
              <w:rPr>
                <w:b/>
                <w:color w:val="FFFFFF"/>
                <w:sz w:val="38"/>
              </w:rPr>
              <w:t>YOUR BRAND / COMPANY</w:t>
            </w:r>
          </w:p>
          <w:p>
            <w:r>
              <w:rPr>
                <w:color w:val="C9F1D9"/>
                <w:sz w:val="16"/>
              </w:rPr>
              <w:t>GST REGISTERED • BUSINESS / SERVICES</w:t>
            </w:r>
          </w:p>
        </w:tc>
        <w:tc>
          <w:tcPr>
            <w:tcW w:type="dxa" w:w="5616"/>
            <w:shd w:fill="155E3B"/>
            <w:tcMar>
              <w:top w:w="100" w:type="dxa"/>
              <w:start w:w="100" w:type="dxa"/>
              <w:bottom w:w="100" w:type="dxa"/>
              <w:end w:w="100" w:type="dxa"/>
            </w:tcMar>
          </w:tcPr>
          <w:p>
            <w:pPr>
              <w:jc w:val="right"/>
            </w:pPr>
            <w:r/>
            <w:r>
              <w:rPr>
                <w:b/>
                <w:color w:val="FFFFFF"/>
                <w:sz w:val="52"/>
              </w:rPr>
              <w:t>GST INVOICE</w:t>
            </w:r>
          </w:p>
          <w:p>
            <w:pPr>
              <w:jc w:val="right"/>
            </w:pPr>
            <w:r>
              <w:rPr>
                <w:color w:val="A7E8BF"/>
                <w:sz w:val="16"/>
              </w:rPr>
              <w:t>DISCOUNT • PROFESSIONAL BILLING</w:t>
            </w:r>
          </w:p>
        </w:tc>
      </w:tr>
    </w:tbl>
    <w:p/>
    <w:tbl>
      <w:tblPr>
        <w:tblW w:type="auto" w:w="0"/>
        <w:tblLook w:firstColumn="1" w:firstRow="1" w:lastColumn="0" w:lastRow="0" w:noHBand="0" w:noVBand="1" w:val="04A0"/>
      </w:tblPr>
      <w:tblGrid>
        <w:gridCol w:w="2808"/>
        <w:gridCol w:w="2808"/>
        <w:gridCol w:w="2808"/>
        <w:gridCol w:w="2808"/>
      </w:tblGrid>
      <w:tr>
        <w:tc>
          <w:tcPr>
            <w:tcW w:type="dxa" w:w="2808"/>
            <w:shd w:fill="E7F5EC"/>
            <w:tcMar>
              <w:top w:w="100" w:type="dxa"/>
              <w:start w:w="100" w:type="dxa"/>
              <w:bottom w:w="100" w:type="dxa"/>
              <w:end w:w="100" w:type="dxa"/>
            </w:tcMar>
          </w:tcPr>
          <w:p>
            <w:pPr>
              <w:jc w:val="center"/>
            </w:pPr>
            <w:r/>
            <w:r>
              <w:rPr>
                <w:b/>
                <w:color w:val="155E3B"/>
                <w:sz w:val="16"/>
              </w:rPr>
              <w:t>INVOICE NO.</w:t>
            </w:r>
          </w:p>
        </w:tc>
        <w:tc>
          <w:tcPr>
            <w:tcW w:type="dxa" w:w="2808"/>
            <w:shd w:fill="E7F5EC"/>
            <w:tcMar>
              <w:top w:w="100" w:type="dxa"/>
              <w:start w:w="100" w:type="dxa"/>
              <w:bottom w:w="100" w:type="dxa"/>
              <w:end w:w="100" w:type="dxa"/>
            </w:tcMar>
          </w:tcPr>
          <w:p>
            <w:pPr>
              <w:jc w:val="center"/>
            </w:pPr>
            <w:r/>
            <w:r>
              <w:rPr>
                <w:b/>
                <w:color w:val="155E3B"/>
                <w:sz w:val="16"/>
              </w:rPr>
              <w:t>INVOICE DATE</w:t>
            </w:r>
          </w:p>
        </w:tc>
        <w:tc>
          <w:tcPr>
            <w:tcW w:type="dxa" w:w="2808"/>
            <w:shd w:fill="E7F5EC"/>
            <w:tcMar>
              <w:top w:w="100" w:type="dxa"/>
              <w:start w:w="100" w:type="dxa"/>
              <w:bottom w:w="100" w:type="dxa"/>
              <w:end w:w="100" w:type="dxa"/>
            </w:tcMar>
          </w:tcPr>
          <w:p>
            <w:pPr>
              <w:jc w:val="center"/>
            </w:pPr>
            <w:r/>
            <w:r>
              <w:rPr>
                <w:b/>
                <w:color w:val="155E3B"/>
                <w:sz w:val="16"/>
              </w:rPr>
              <w:t>DUE DATE</w:t>
            </w:r>
          </w:p>
        </w:tc>
        <w:tc>
          <w:tcPr>
            <w:tcW w:type="dxa" w:w="2808"/>
            <w:shd w:fill="E7F5EC"/>
            <w:tcMar>
              <w:top w:w="100" w:type="dxa"/>
              <w:start w:w="100" w:type="dxa"/>
              <w:bottom w:w="100" w:type="dxa"/>
              <w:end w:w="100" w:type="dxa"/>
            </w:tcMar>
          </w:tcPr>
          <w:p>
            <w:pPr>
              <w:jc w:val="center"/>
            </w:pPr>
            <w:r/>
            <w:r>
              <w:rPr>
                <w:b/>
                <w:color w:val="155E3B"/>
                <w:sz w:val="16"/>
              </w:rPr>
              <w:t>PLACE OF SUPPLY</w:t>
            </w:r>
          </w:p>
        </w:tc>
      </w:tr>
    </w:tbl>
    <w:p/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616"/>
        <w:gridCol w:w="5616"/>
      </w:tblGrid>
      <w:tr>
        <w:tc>
          <w:tcPr>
            <w:tcW w:type="dxa" w:w="5616"/>
            <w:shd w:fill="249B62"/>
            <w:tcMar>
              <w:top w:w="100" w:type="dxa"/>
              <w:start w:w="100" w:type="dxa"/>
              <w:bottom w:w="100" w:type="dxa"/>
              <w:end w:w="100" w:type="dxa"/>
            </w:tcMar>
          </w:tcPr>
          <w:p>
            <w:pPr>
              <w:jc w:val="left"/>
            </w:pPr>
            <w:r/>
            <w:r>
              <w:rPr>
                <w:b/>
                <w:color w:val="FFFFFF"/>
                <w:sz w:val="18"/>
              </w:rPr>
              <w:t>SELLER / SERVICE PROVIDER</w:t>
            </w:r>
          </w:p>
        </w:tc>
        <w:tc>
          <w:tcPr>
            <w:tcW w:type="dxa" w:w="5616"/>
            <w:shd w:fill="249B62"/>
            <w:tcMar>
              <w:top w:w="100" w:type="dxa"/>
              <w:start w:w="100" w:type="dxa"/>
              <w:bottom w:w="100" w:type="dxa"/>
              <w:end w:w="100" w:type="dxa"/>
            </w:tcMar>
          </w:tcPr>
          <w:p>
            <w:pPr>
              <w:jc w:val="left"/>
            </w:pPr>
            <w:r/>
            <w:r>
              <w:rPr>
                <w:b/>
                <w:color w:val="FFFFFF"/>
                <w:sz w:val="18"/>
              </w:rPr>
              <w:t>BILL TO / CUSTOMER</w:t>
            </w:r>
          </w:p>
        </w:tc>
      </w:tr>
      <w:tr>
        <w:tc>
          <w:tcPr>
            <w:tcW w:type="dxa" w:w="5616"/>
            <w:tcMar>
              <w:top w:w="100" w:type="dxa"/>
              <w:start w:w="100" w:type="dxa"/>
              <w:bottom w:w="100" w:type="dxa"/>
              <w:end w:w="100" w:type="dxa"/>
            </w:tcMar>
          </w:tcPr>
          <w:p>
            <w:pPr>
              <w:jc w:val="left"/>
            </w:pPr>
            <w:r/>
            <w:r>
              <w:rPr>
                <w:b w:val="0"/>
                <w:color w:val="333333"/>
                <w:sz w:val="16"/>
              </w:rPr>
              <w:t>Business Name</w:t>
              <w:br/>
              <w:t>Address</w:t>
              <w:br/>
              <w:t>GSTIN</w:t>
              <w:br/>
              <w:t>Contact / Email</w:t>
            </w:r>
          </w:p>
        </w:tc>
        <w:tc>
          <w:tcPr>
            <w:tcW w:type="dxa" w:w="5616"/>
            <w:tcMar>
              <w:top w:w="100" w:type="dxa"/>
              <w:start w:w="100" w:type="dxa"/>
              <w:bottom w:w="100" w:type="dxa"/>
              <w:end w:w="100" w:type="dxa"/>
            </w:tcMar>
          </w:tcPr>
          <w:p>
            <w:pPr>
              <w:jc w:val="left"/>
            </w:pPr>
            <w:r/>
            <w:r>
              <w:rPr>
                <w:b w:val="0"/>
                <w:color w:val="333333"/>
                <w:sz w:val="16"/>
              </w:rPr>
              <w:t>Customer Name</w:t>
              <w:br/>
              <w:t>Billing Address</w:t>
              <w:br/>
              <w:t>GSTIN</w:t>
              <w:br/>
              <w:t>Contact / Email</w:t>
            </w:r>
          </w:p>
        </w:tc>
      </w:tr>
    </w:tbl>
    <w:p/>
    <w:p>
      <w:r>
        <w:rPr>
          <w:b/>
          <w:color w:val="155E3B"/>
          <w:sz w:val="26"/>
        </w:rPr>
        <w:t>SERVICES / ITEMS</w:t>
      </w:r>
      <w:r>
        <w:rPr>
          <w:sz w:val="16"/>
        </w:rPr>
        <w:t xml:space="preserve">   —   DISCOUNT APPLIED BEFORE GST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404"/>
        <w:gridCol w:w="1404"/>
        <w:gridCol w:w="1404"/>
        <w:gridCol w:w="1404"/>
        <w:gridCol w:w="1404"/>
        <w:gridCol w:w="1404"/>
        <w:gridCol w:w="1404"/>
        <w:gridCol w:w="1404"/>
      </w:tblGrid>
      <w:tr>
        <w:tc>
          <w:tcPr>
            <w:tcW w:type="dxa" w:w="1404"/>
            <w:shd w:fill="155E3B"/>
            <w:tcMar>
              <w:top w:w="100" w:type="dxa"/>
              <w:start w:w="100" w:type="dxa"/>
              <w:bottom w:w="100" w:type="dxa"/>
              <w:end w:w="100" w:type="dxa"/>
            </w:tcMar>
          </w:tcPr>
          <w:p>
            <w:pPr>
              <w:jc w:val="center"/>
            </w:pPr>
            <w:r/>
            <w:r>
              <w:rPr>
                <w:b/>
                <w:color w:val="FFFFFF"/>
                <w:sz w:val="14"/>
              </w:rPr>
              <w:t>DESCRIPTION / SERVICE</w:t>
            </w:r>
          </w:p>
        </w:tc>
        <w:tc>
          <w:tcPr>
            <w:tcW w:type="dxa" w:w="1404"/>
            <w:shd w:fill="155E3B"/>
            <w:tcMar>
              <w:top w:w="100" w:type="dxa"/>
              <w:start w:w="100" w:type="dxa"/>
              <w:bottom w:w="100" w:type="dxa"/>
              <w:end w:w="100" w:type="dxa"/>
            </w:tcMar>
          </w:tcPr>
          <w:p>
            <w:pPr>
              <w:jc w:val="center"/>
            </w:pPr>
            <w:r/>
            <w:r>
              <w:rPr>
                <w:b/>
                <w:color w:val="FFFFFF"/>
                <w:sz w:val="14"/>
              </w:rPr>
              <w:t>HSN / SAC</w:t>
            </w:r>
          </w:p>
        </w:tc>
        <w:tc>
          <w:tcPr>
            <w:tcW w:type="dxa" w:w="1404"/>
            <w:shd w:fill="155E3B"/>
            <w:tcMar>
              <w:top w:w="100" w:type="dxa"/>
              <w:start w:w="100" w:type="dxa"/>
              <w:bottom w:w="100" w:type="dxa"/>
              <w:end w:w="100" w:type="dxa"/>
            </w:tcMar>
          </w:tcPr>
          <w:p>
            <w:pPr>
              <w:jc w:val="center"/>
            </w:pPr>
            <w:r/>
            <w:r>
              <w:rPr>
                <w:b/>
                <w:color w:val="FFFFFF"/>
                <w:sz w:val="14"/>
              </w:rPr>
              <w:t>QTY.</w:t>
            </w:r>
          </w:p>
        </w:tc>
        <w:tc>
          <w:tcPr>
            <w:tcW w:type="dxa" w:w="1404"/>
            <w:shd w:fill="155E3B"/>
            <w:tcMar>
              <w:top w:w="100" w:type="dxa"/>
              <w:start w:w="100" w:type="dxa"/>
              <w:bottom w:w="100" w:type="dxa"/>
              <w:end w:w="100" w:type="dxa"/>
            </w:tcMar>
          </w:tcPr>
          <w:p>
            <w:pPr>
              <w:jc w:val="center"/>
            </w:pPr>
            <w:r/>
            <w:r>
              <w:rPr>
                <w:b/>
                <w:color w:val="FFFFFF"/>
                <w:sz w:val="14"/>
              </w:rPr>
              <w:t>RATE</w:t>
            </w:r>
          </w:p>
        </w:tc>
        <w:tc>
          <w:tcPr>
            <w:tcW w:type="dxa" w:w="1404"/>
            <w:shd w:fill="155E3B"/>
            <w:tcMar>
              <w:top w:w="100" w:type="dxa"/>
              <w:start w:w="100" w:type="dxa"/>
              <w:bottom w:w="100" w:type="dxa"/>
              <w:end w:w="100" w:type="dxa"/>
            </w:tcMar>
          </w:tcPr>
          <w:p>
            <w:pPr>
              <w:jc w:val="center"/>
            </w:pPr>
            <w:r/>
            <w:r>
              <w:rPr>
                <w:b/>
                <w:color w:val="FFFFFF"/>
                <w:sz w:val="14"/>
              </w:rPr>
              <w:t>DISCOUNT</w:t>
            </w:r>
          </w:p>
        </w:tc>
        <w:tc>
          <w:tcPr>
            <w:tcW w:type="dxa" w:w="1404"/>
            <w:shd w:fill="155E3B"/>
            <w:tcMar>
              <w:top w:w="100" w:type="dxa"/>
              <w:start w:w="100" w:type="dxa"/>
              <w:bottom w:w="100" w:type="dxa"/>
              <w:end w:w="100" w:type="dxa"/>
            </w:tcMar>
          </w:tcPr>
          <w:p>
            <w:pPr>
              <w:jc w:val="center"/>
            </w:pPr>
            <w:r/>
            <w:r>
              <w:rPr>
                <w:b/>
                <w:color w:val="FFFFFF"/>
                <w:sz w:val="14"/>
              </w:rPr>
              <w:t>TAXABLE VALUE</w:t>
            </w:r>
          </w:p>
        </w:tc>
        <w:tc>
          <w:tcPr>
            <w:tcW w:type="dxa" w:w="1404"/>
            <w:shd w:fill="155E3B"/>
            <w:tcMar>
              <w:top w:w="100" w:type="dxa"/>
              <w:start w:w="100" w:type="dxa"/>
              <w:bottom w:w="100" w:type="dxa"/>
              <w:end w:w="100" w:type="dxa"/>
            </w:tcMar>
          </w:tcPr>
          <w:p>
            <w:pPr>
              <w:jc w:val="center"/>
            </w:pPr>
            <w:r/>
            <w:r>
              <w:rPr>
                <w:b/>
                <w:color w:val="FFFFFF"/>
                <w:sz w:val="14"/>
              </w:rPr>
              <w:t>GST</w:t>
            </w:r>
          </w:p>
        </w:tc>
        <w:tc>
          <w:tcPr>
            <w:tcW w:type="dxa" w:w="1404"/>
            <w:shd w:fill="155E3B"/>
            <w:tcMar>
              <w:top w:w="100" w:type="dxa"/>
              <w:start w:w="100" w:type="dxa"/>
              <w:bottom w:w="100" w:type="dxa"/>
              <w:end w:w="100" w:type="dxa"/>
            </w:tcMar>
          </w:tcPr>
          <w:p>
            <w:pPr>
              <w:jc w:val="center"/>
            </w:pPr>
            <w:r/>
            <w:r>
              <w:rPr>
                <w:b/>
                <w:color w:val="FFFFFF"/>
                <w:sz w:val="14"/>
              </w:rPr>
              <w:t>AMOUNT</w:t>
            </w:r>
          </w:p>
        </w:tc>
      </w:tr>
      <w:tr>
        <w:tc>
          <w:tcPr>
            <w:tcW w:type="dxa" w:w="1404"/>
            <w:tcMar>
              <w:top w:w="100" w:type="dxa"/>
              <w:start w:w="100" w:type="dxa"/>
              <w:bottom w:w="100" w:type="dxa"/>
              <w:end w:w="100" w:type="dxa"/>
            </w:tcMar>
            <w:shd w:fill="FFFFFF"/>
          </w:tcPr>
          <w:p/>
        </w:tc>
        <w:tc>
          <w:tcPr>
            <w:tcW w:type="dxa" w:w="1404"/>
            <w:tcMar>
              <w:top w:w="100" w:type="dxa"/>
              <w:start w:w="100" w:type="dxa"/>
              <w:bottom w:w="100" w:type="dxa"/>
              <w:end w:w="100" w:type="dxa"/>
            </w:tcMar>
            <w:shd w:fill="FFFFFF"/>
          </w:tcPr>
          <w:p/>
        </w:tc>
        <w:tc>
          <w:tcPr>
            <w:tcW w:type="dxa" w:w="1404"/>
            <w:tcMar>
              <w:top w:w="100" w:type="dxa"/>
              <w:start w:w="100" w:type="dxa"/>
              <w:bottom w:w="100" w:type="dxa"/>
              <w:end w:w="100" w:type="dxa"/>
            </w:tcMar>
            <w:shd w:fill="FFFFFF"/>
          </w:tcPr>
          <w:p/>
        </w:tc>
        <w:tc>
          <w:tcPr>
            <w:tcW w:type="dxa" w:w="1404"/>
            <w:tcMar>
              <w:top w:w="100" w:type="dxa"/>
              <w:start w:w="100" w:type="dxa"/>
              <w:bottom w:w="100" w:type="dxa"/>
              <w:end w:w="100" w:type="dxa"/>
            </w:tcMar>
            <w:shd w:fill="FFFFFF"/>
          </w:tcPr>
          <w:p/>
        </w:tc>
        <w:tc>
          <w:tcPr>
            <w:tcW w:type="dxa" w:w="1404"/>
            <w:tcMar>
              <w:top w:w="100" w:type="dxa"/>
              <w:start w:w="100" w:type="dxa"/>
              <w:bottom w:w="100" w:type="dxa"/>
              <w:end w:w="100" w:type="dxa"/>
            </w:tcMar>
            <w:shd w:fill="FFFFFF"/>
          </w:tcPr>
          <w:p/>
        </w:tc>
        <w:tc>
          <w:tcPr>
            <w:tcW w:type="dxa" w:w="1404"/>
            <w:tcMar>
              <w:top w:w="100" w:type="dxa"/>
              <w:start w:w="100" w:type="dxa"/>
              <w:bottom w:w="100" w:type="dxa"/>
              <w:end w:w="100" w:type="dxa"/>
            </w:tcMar>
            <w:shd w:fill="FFFFFF"/>
          </w:tcPr>
          <w:p/>
        </w:tc>
        <w:tc>
          <w:tcPr>
            <w:tcW w:type="dxa" w:w="1404"/>
            <w:tcMar>
              <w:top w:w="100" w:type="dxa"/>
              <w:start w:w="100" w:type="dxa"/>
              <w:bottom w:w="100" w:type="dxa"/>
              <w:end w:w="100" w:type="dxa"/>
            </w:tcMar>
            <w:shd w:fill="FFFFFF"/>
          </w:tcPr>
          <w:p/>
        </w:tc>
        <w:tc>
          <w:tcPr>
            <w:tcW w:type="dxa" w:w="1404"/>
            <w:tcMar>
              <w:top w:w="100" w:type="dxa"/>
              <w:start w:w="100" w:type="dxa"/>
              <w:bottom w:w="100" w:type="dxa"/>
              <w:end w:w="100" w:type="dxa"/>
            </w:tcMar>
            <w:shd w:fill="FFFFFF"/>
          </w:tcPr>
          <w:p/>
        </w:tc>
      </w:tr>
      <w:tr>
        <w:tc>
          <w:tcPr>
            <w:tcW w:type="dxa" w:w="1404"/>
            <w:tcMar>
              <w:top w:w="100" w:type="dxa"/>
              <w:start w:w="100" w:type="dxa"/>
              <w:bottom w:w="100" w:type="dxa"/>
              <w:end w:w="100" w:type="dxa"/>
            </w:tcMar>
            <w:shd w:fill="F7FCF8"/>
          </w:tcPr>
          <w:p/>
        </w:tc>
        <w:tc>
          <w:tcPr>
            <w:tcW w:type="dxa" w:w="1404"/>
            <w:tcMar>
              <w:top w:w="100" w:type="dxa"/>
              <w:start w:w="100" w:type="dxa"/>
              <w:bottom w:w="100" w:type="dxa"/>
              <w:end w:w="100" w:type="dxa"/>
            </w:tcMar>
            <w:shd w:fill="F7FCF8"/>
          </w:tcPr>
          <w:p/>
        </w:tc>
        <w:tc>
          <w:tcPr>
            <w:tcW w:type="dxa" w:w="1404"/>
            <w:tcMar>
              <w:top w:w="100" w:type="dxa"/>
              <w:start w:w="100" w:type="dxa"/>
              <w:bottom w:w="100" w:type="dxa"/>
              <w:end w:w="100" w:type="dxa"/>
            </w:tcMar>
            <w:shd w:fill="F7FCF8"/>
          </w:tcPr>
          <w:p/>
        </w:tc>
        <w:tc>
          <w:tcPr>
            <w:tcW w:type="dxa" w:w="1404"/>
            <w:tcMar>
              <w:top w:w="100" w:type="dxa"/>
              <w:start w:w="100" w:type="dxa"/>
              <w:bottom w:w="100" w:type="dxa"/>
              <w:end w:w="100" w:type="dxa"/>
            </w:tcMar>
            <w:shd w:fill="F7FCF8"/>
          </w:tcPr>
          <w:p/>
        </w:tc>
        <w:tc>
          <w:tcPr>
            <w:tcW w:type="dxa" w:w="1404"/>
            <w:tcMar>
              <w:top w:w="100" w:type="dxa"/>
              <w:start w:w="100" w:type="dxa"/>
              <w:bottom w:w="100" w:type="dxa"/>
              <w:end w:w="100" w:type="dxa"/>
            </w:tcMar>
            <w:shd w:fill="F7FCF8"/>
          </w:tcPr>
          <w:p/>
        </w:tc>
        <w:tc>
          <w:tcPr>
            <w:tcW w:type="dxa" w:w="1404"/>
            <w:tcMar>
              <w:top w:w="100" w:type="dxa"/>
              <w:start w:w="100" w:type="dxa"/>
              <w:bottom w:w="100" w:type="dxa"/>
              <w:end w:w="100" w:type="dxa"/>
            </w:tcMar>
            <w:shd w:fill="F7FCF8"/>
          </w:tcPr>
          <w:p/>
        </w:tc>
        <w:tc>
          <w:tcPr>
            <w:tcW w:type="dxa" w:w="1404"/>
            <w:tcMar>
              <w:top w:w="100" w:type="dxa"/>
              <w:start w:w="100" w:type="dxa"/>
              <w:bottom w:w="100" w:type="dxa"/>
              <w:end w:w="100" w:type="dxa"/>
            </w:tcMar>
            <w:shd w:fill="F7FCF8"/>
          </w:tcPr>
          <w:p/>
        </w:tc>
        <w:tc>
          <w:tcPr>
            <w:tcW w:type="dxa" w:w="1404"/>
            <w:tcMar>
              <w:top w:w="100" w:type="dxa"/>
              <w:start w:w="100" w:type="dxa"/>
              <w:bottom w:w="100" w:type="dxa"/>
              <w:end w:w="100" w:type="dxa"/>
            </w:tcMar>
            <w:shd w:fill="F7FCF8"/>
          </w:tcPr>
          <w:p/>
        </w:tc>
      </w:tr>
      <w:tr>
        <w:tc>
          <w:tcPr>
            <w:tcW w:type="dxa" w:w="1404"/>
            <w:tcMar>
              <w:top w:w="100" w:type="dxa"/>
              <w:start w:w="100" w:type="dxa"/>
              <w:bottom w:w="100" w:type="dxa"/>
              <w:end w:w="100" w:type="dxa"/>
            </w:tcMar>
            <w:shd w:fill="FFFFFF"/>
          </w:tcPr>
          <w:p/>
        </w:tc>
        <w:tc>
          <w:tcPr>
            <w:tcW w:type="dxa" w:w="1404"/>
            <w:tcMar>
              <w:top w:w="100" w:type="dxa"/>
              <w:start w:w="100" w:type="dxa"/>
              <w:bottom w:w="100" w:type="dxa"/>
              <w:end w:w="100" w:type="dxa"/>
            </w:tcMar>
            <w:shd w:fill="FFFFFF"/>
          </w:tcPr>
          <w:p/>
        </w:tc>
        <w:tc>
          <w:tcPr>
            <w:tcW w:type="dxa" w:w="1404"/>
            <w:tcMar>
              <w:top w:w="100" w:type="dxa"/>
              <w:start w:w="100" w:type="dxa"/>
              <w:bottom w:w="100" w:type="dxa"/>
              <w:end w:w="100" w:type="dxa"/>
            </w:tcMar>
            <w:shd w:fill="FFFFFF"/>
          </w:tcPr>
          <w:p/>
        </w:tc>
        <w:tc>
          <w:tcPr>
            <w:tcW w:type="dxa" w:w="1404"/>
            <w:tcMar>
              <w:top w:w="100" w:type="dxa"/>
              <w:start w:w="100" w:type="dxa"/>
              <w:bottom w:w="100" w:type="dxa"/>
              <w:end w:w="100" w:type="dxa"/>
            </w:tcMar>
            <w:shd w:fill="FFFFFF"/>
          </w:tcPr>
          <w:p/>
        </w:tc>
        <w:tc>
          <w:tcPr>
            <w:tcW w:type="dxa" w:w="1404"/>
            <w:tcMar>
              <w:top w:w="100" w:type="dxa"/>
              <w:start w:w="100" w:type="dxa"/>
              <w:bottom w:w="100" w:type="dxa"/>
              <w:end w:w="100" w:type="dxa"/>
            </w:tcMar>
            <w:shd w:fill="FFFFFF"/>
          </w:tcPr>
          <w:p/>
        </w:tc>
        <w:tc>
          <w:tcPr>
            <w:tcW w:type="dxa" w:w="1404"/>
            <w:tcMar>
              <w:top w:w="100" w:type="dxa"/>
              <w:start w:w="100" w:type="dxa"/>
              <w:bottom w:w="100" w:type="dxa"/>
              <w:end w:w="100" w:type="dxa"/>
            </w:tcMar>
            <w:shd w:fill="FFFFFF"/>
          </w:tcPr>
          <w:p/>
        </w:tc>
        <w:tc>
          <w:tcPr>
            <w:tcW w:type="dxa" w:w="1404"/>
            <w:tcMar>
              <w:top w:w="100" w:type="dxa"/>
              <w:start w:w="100" w:type="dxa"/>
              <w:bottom w:w="100" w:type="dxa"/>
              <w:end w:w="100" w:type="dxa"/>
            </w:tcMar>
            <w:shd w:fill="FFFFFF"/>
          </w:tcPr>
          <w:p/>
        </w:tc>
        <w:tc>
          <w:tcPr>
            <w:tcW w:type="dxa" w:w="1404"/>
            <w:tcMar>
              <w:top w:w="100" w:type="dxa"/>
              <w:start w:w="100" w:type="dxa"/>
              <w:bottom w:w="100" w:type="dxa"/>
              <w:end w:w="100" w:type="dxa"/>
            </w:tcMar>
            <w:shd w:fill="FFFFFF"/>
          </w:tcPr>
          <w:p/>
        </w:tc>
      </w:tr>
      <w:tr>
        <w:tc>
          <w:tcPr>
            <w:tcW w:type="dxa" w:w="1404"/>
            <w:tcMar>
              <w:top w:w="100" w:type="dxa"/>
              <w:start w:w="100" w:type="dxa"/>
              <w:bottom w:w="100" w:type="dxa"/>
              <w:end w:w="100" w:type="dxa"/>
            </w:tcMar>
            <w:shd w:fill="F7FCF8"/>
          </w:tcPr>
          <w:p/>
        </w:tc>
        <w:tc>
          <w:tcPr>
            <w:tcW w:type="dxa" w:w="1404"/>
            <w:tcMar>
              <w:top w:w="100" w:type="dxa"/>
              <w:start w:w="100" w:type="dxa"/>
              <w:bottom w:w="100" w:type="dxa"/>
              <w:end w:w="100" w:type="dxa"/>
            </w:tcMar>
            <w:shd w:fill="F7FCF8"/>
          </w:tcPr>
          <w:p/>
        </w:tc>
        <w:tc>
          <w:tcPr>
            <w:tcW w:type="dxa" w:w="1404"/>
            <w:tcMar>
              <w:top w:w="100" w:type="dxa"/>
              <w:start w:w="100" w:type="dxa"/>
              <w:bottom w:w="100" w:type="dxa"/>
              <w:end w:w="100" w:type="dxa"/>
            </w:tcMar>
            <w:shd w:fill="F7FCF8"/>
          </w:tcPr>
          <w:p/>
        </w:tc>
        <w:tc>
          <w:tcPr>
            <w:tcW w:type="dxa" w:w="1404"/>
            <w:tcMar>
              <w:top w:w="100" w:type="dxa"/>
              <w:start w:w="100" w:type="dxa"/>
              <w:bottom w:w="100" w:type="dxa"/>
              <w:end w:w="100" w:type="dxa"/>
            </w:tcMar>
            <w:shd w:fill="F7FCF8"/>
          </w:tcPr>
          <w:p/>
        </w:tc>
        <w:tc>
          <w:tcPr>
            <w:tcW w:type="dxa" w:w="1404"/>
            <w:tcMar>
              <w:top w:w="100" w:type="dxa"/>
              <w:start w:w="100" w:type="dxa"/>
              <w:bottom w:w="100" w:type="dxa"/>
              <w:end w:w="100" w:type="dxa"/>
            </w:tcMar>
            <w:shd w:fill="F7FCF8"/>
          </w:tcPr>
          <w:p/>
        </w:tc>
        <w:tc>
          <w:tcPr>
            <w:tcW w:type="dxa" w:w="1404"/>
            <w:tcMar>
              <w:top w:w="100" w:type="dxa"/>
              <w:start w:w="100" w:type="dxa"/>
              <w:bottom w:w="100" w:type="dxa"/>
              <w:end w:w="100" w:type="dxa"/>
            </w:tcMar>
            <w:shd w:fill="F7FCF8"/>
          </w:tcPr>
          <w:p/>
        </w:tc>
        <w:tc>
          <w:tcPr>
            <w:tcW w:type="dxa" w:w="1404"/>
            <w:tcMar>
              <w:top w:w="100" w:type="dxa"/>
              <w:start w:w="100" w:type="dxa"/>
              <w:bottom w:w="100" w:type="dxa"/>
              <w:end w:w="100" w:type="dxa"/>
            </w:tcMar>
            <w:shd w:fill="F7FCF8"/>
          </w:tcPr>
          <w:p/>
        </w:tc>
        <w:tc>
          <w:tcPr>
            <w:tcW w:type="dxa" w:w="1404"/>
            <w:tcMar>
              <w:top w:w="100" w:type="dxa"/>
              <w:start w:w="100" w:type="dxa"/>
              <w:bottom w:w="100" w:type="dxa"/>
              <w:end w:w="100" w:type="dxa"/>
            </w:tcMar>
            <w:shd w:fill="F7FCF8"/>
          </w:tcPr>
          <w:p/>
        </w:tc>
      </w:tr>
      <w:tr>
        <w:tc>
          <w:tcPr>
            <w:tcW w:type="dxa" w:w="1404"/>
            <w:tcMar>
              <w:top w:w="100" w:type="dxa"/>
              <w:start w:w="100" w:type="dxa"/>
              <w:bottom w:w="100" w:type="dxa"/>
              <w:end w:w="100" w:type="dxa"/>
            </w:tcMar>
            <w:shd w:fill="FFFFFF"/>
          </w:tcPr>
          <w:p/>
        </w:tc>
        <w:tc>
          <w:tcPr>
            <w:tcW w:type="dxa" w:w="1404"/>
            <w:tcMar>
              <w:top w:w="100" w:type="dxa"/>
              <w:start w:w="100" w:type="dxa"/>
              <w:bottom w:w="100" w:type="dxa"/>
              <w:end w:w="100" w:type="dxa"/>
            </w:tcMar>
            <w:shd w:fill="FFFFFF"/>
          </w:tcPr>
          <w:p/>
        </w:tc>
        <w:tc>
          <w:tcPr>
            <w:tcW w:type="dxa" w:w="1404"/>
            <w:tcMar>
              <w:top w:w="100" w:type="dxa"/>
              <w:start w:w="100" w:type="dxa"/>
              <w:bottom w:w="100" w:type="dxa"/>
              <w:end w:w="100" w:type="dxa"/>
            </w:tcMar>
            <w:shd w:fill="FFFFFF"/>
          </w:tcPr>
          <w:p/>
        </w:tc>
        <w:tc>
          <w:tcPr>
            <w:tcW w:type="dxa" w:w="1404"/>
            <w:tcMar>
              <w:top w:w="100" w:type="dxa"/>
              <w:start w:w="100" w:type="dxa"/>
              <w:bottom w:w="100" w:type="dxa"/>
              <w:end w:w="100" w:type="dxa"/>
            </w:tcMar>
            <w:shd w:fill="FFFFFF"/>
          </w:tcPr>
          <w:p/>
        </w:tc>
        <w:tc>
          <w:tcPr>
            <w:tcW w:type="dxa" w:w="1404"/>
            <w:tcMar>
              <w:top w:w="100" w:type="dxa"/>
              <w:start w:w="100" w:type="dxa"/>
              <w:bottom w:w="100" w:type="dxa"/>
              <w:end w:w="100" w:type="dxa"/>
            </w:tcMar>
            <w:shd w:fill="FFFFFF"/>
          </w:tcPr>
          <w:p/>
        </w:tc>
        <w:tc>
          <w:tcPr>
            <w:tcW w:type="dxa" w:w="1404"/>
            <w:tcMar>
              <w:top w:w="100" w:type="dxa"/>
              <w:start w:w="100" w:type="dxa"/>
              <w:bottom w:w="100" w:type="dxa"/>
              <w:end w:w="100" w:type="dxa"/>
            </w:tcMar>
            <w:shd w:fill="FFFFFF"/>
          </w:tcPr>
          <w:p/>
        </w:tc>
        <w:tc>
          <w:tcPr>
            <w:tcW w:type="dxa" w:w="1404"/>
            <w:tcMar>
              <w:top w:w="100" w:type="dxa"/>
              <w:start w:w="100" w:type="dxa"/>
              <w:bottom w:w="100" w:type="dxa"/>
              <w:end w:w="100" w:type="dxa"/>
            </w:tcMar>
            <w:shd w:fill="FFFFFF"/>
          </w:tcPr>
          <w:p/>
        </w:tc>
        <w:tc>
          <w:tcPr>
            <w:tcW w:type="dxa" w:w="1404"/>
            <w:tcMar>
              <w:top w:w="100" w:type="dxa"/>
              <w:start w:w="100" w:type="dxa"/>
              <w:bottom w:w="100" w:type="dxa"/>
              <w:end w:w="100" w:type="dxa"/>
            </w:tcMar>
            <w:shd w:fill="FFFFFF"/>
          </w:tcPr>
          <w:p/>
        </w:tc>
      </w:tr>
      <w:tr>
        <w:tc>
          <w:tcPr>
            <w:tcW w:type="dxa" w:w="1404"/>
            <w:tcMar>
              <w:top w:w="100" w:type="dxa"/>
              <w:start w:w="100" w:type="dxa"/>
              <w:bottom w:w="100" w:type="dxa"/>
              <w:end w:w="100" w:type="dxa"/>
            </w:tcMar>
            <w:shd w:fill="F7FCF8"/>
          </w:tcPr>
          <w:p/>
        </w:tc>
        <w:tc>
          <w:tcPr>
            <w:tcW w:type="dxa" w:w="1404"/>
            <w:tcMar>
              <w:top w:w="100" w:type="dxa"/>
              <w:start w:w="100" w:type="dxa"/>
              <w:bottom w:w="100" w:type="dxa"/>
              <w:end w:w="100" w:type="dxa"/>
            </w:tcMar>
            <w:shd w:fill="F7FCF8"/>
          </w:tcPr>
          <w:p/>
        </w:tc>
        <w:tc>
          <w:tcPr>
            <w:tcW w:type="dxa" w:w="1404"/>
            <w:tcMar>
              <w:top w:w="100" w:type="dxa"/>
              <w:start w:w="100" w:type="dxa"/>
              <w:bottom w:w="100" w:type="dxa"/>
              <w:end w:w="100" w:type="dxa"/>
            </w:tcMar>
            <w:shd w:fill="F7FCF8"/>
          </w:tcPr>
          <w:p/>
        </w:tc>
        <w:tc>
          <w:tcPr>
            <w:tcW w:type="dxa" w:w="1404"/>
            <w:tcMar>
              <w:top w:w="100" w:type="dxa"/>
              <w:start w:w="100" w:type="dxa"/>
              <w:bottom w:w="100" w:type="dxa"/>
              <w:end w:w="100" w:type="dxa"/>
            </w:tcMar>
            <w:shd w:fill="F7FCF8"/>
          </w:tcPr>
          <w:p/>
        </w:tc>
        <w:tc>
          <w:tcPr>
            <w:tcW w:type="dxa" w:w="1404"/>
            <w:tcMar>
              <w:top w:w="100" w:type="dxa"/>
              <w:start w:w="100" w:type="dxa"/>
              <w:bottom w:w="100" w:type="dxa"/>
              <w:end w:w="100" w:type="dxa"/>
            </w:tcMar>
            <w:shd w:fill="F7FCF8"/>
          </w:tcPr>
          <w:p/>
        </w:tc>
        <w:tc>
          <w:tcPr>
            <w:tcW w:type="dxa" w:w="1404"/>
            <w:tcMar>
              <w:top w:w="100" w:type="dxa"/>
              <w:start w:w="100" w:type="dxa"/>
              <w:bottom w:w="100" w:type="dxa"/>
              <w:end w:w="100" w:type="dxa"/>
            </w:tcMar>
            <w:shd w:fill="F7FCF8"/>
          </w:tcPr>
          <w:p/>
        </w:tc>
        <w:tc>
          <w:tcPr>
            <w:tcW w:type="dxa" w:w="1404"/>
            <w:tcMar>
              <w:top w:w="100" w:type="dxa"/>
              <w:start w:w="100" w:type="dxa"/>
              <w:bottom w:w="100" w:type="dxa"/>
              <w:end w:w="100" w:type="dxa"/>
            </w:tcMar>
            <w:shd w:fill="F7FCF8"/>
          </w:tcPr>
          <w:p/>
        </w:tc>
        <w:tc>
          <w:tcPr>
            <w:tcW w:type="dxa" w:w="1404"/>
            <w:tcMar>
              <w:top w:w="100" w:type="dxa"/>
              <w:start w:w="100" w:type="dxa"/>
              <w:bottom w:w="100" w:type="dxa"/>
              <w:end w:w="100" w:type="dxa"/>
            </w:tcMar>
            <w:shd w:fill="F7FCF8"/>
          </w:tcPr>
          <w:p/>
        </w:tc>
      </w:tr>
    </w:tbl>
    <w:p/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744"/>
        <w:gridCol w:w="3744"/>
        <w:gridCol w:w="3744"/>
      </w:tblGrid>
      <w:tr>
        <w:tc>
          <w:tcPr>
            <w:tcW w:type="dxa" w:w="3744"/>
            <w:shd w:fill="E7F5EC"/>
            <w:tcMar>
              <w:top w:w="100" w:type="dxa"/>
              <w:start w:w="100" w:type="dxa"/>
              <w:bottom w:w="100" w:type="dxa"/>
              <w:end w:w="100" w:type="dxa"/>
            </w:tcMar>
          </w:tcPr>
          <w:p>
            <w:pPr>
              <w:jc w:val="center"/>
            </w:pPr>
            <w:r/>
            <w:r>
              <w:rPr>
                <w:b/>
                <w:color w:val="155E3B"/>
                <w:sz w:val="18"/>
              </w:rPr>
              <w:t>DISCOUNT BREAKDOWN</w:t>
            </w:r>
          </w:p>
          <w:p>
            <w:pPr>
              <w:jc w:val="center"/>
            </w:pPr>
            <w:r>
              <w:rPr>
                <w:color w:val="333333"/>
                <w:sz w:val="16"/>
              </w:rPr>
              <w:t>Gross Amount: ____________________</w:t>
              <w:br/>
              <w:t>Discount: _________________________</w:t>
              <w:br/>
              <w:t>Net Taxable Amount: ______________</w:t>
            </w:r>
          </w:p>
        </w:tc>
        <w:tc>
          <w:tcPr>
            <w:tcW w:type="dxa" w:w="3744"/>
            <w:shd w:fill="E7F5EC"/>
            <w:tcMar>
              <w:top w:w="100" w:type="dxa"/>
              <w:start w:w="100" w:type="dxa"/>
              <w:bottom w:w="100" w:type="dxa"/>
              <w:end w:w="100" w:type="dxa"/>
            </w:tcMar>
          </w:tcPr>
          <w:p>
            <w:pPr>
              <w:jc w:val="center"/>
            </w:pPr>
            <w:r/>
            <w:r>
              <w:rPr>
                <w:b/>
                <w:color w:val="155E3B"/>
                <w:sz w:val="18"/>
              </w:rPr>
              <w:t>GST BREAKDOWN</w:t>
            </w:r>
          </w:p>
          <w:p>
            <w:pPr>
              <w:jc w:val="center"/>
            </w:pPr>
            <w:r>
              <w:rPr>
                <w:color w:val="333333"/>
                <w:sz w:val="16"/>
              </w:rPr>
              <w:t>CGST: _____________________________</w:t>
              <w:br/>
              <w:t>SGST: _____________________________</w:t>
              <w:br/>
              <w:t>IGST: _____________________________</w:t>
              <w:br/>
              <w:t>Total GST: ________________________</w:t>
            </w:r>
          </w:p>
        </w:tc>
        <w:tc>
          <w:tcPr>
            <w:tcW w:type="dxa" w:w="3744"/>
            <w:shd w:fill="E7F5EC"/>
            <w:tcMar>
              <w:top w:w="100" w:type="dxa"/>
              <w:start w:w="100" w:type="dxa"/>
              <w:bottom w:w="100" w:type="dxa"/>
              <w:end w:w="100" w:type="dxa"/>
            </w:tcMar>
          </w:tcPr>
          <w:p>
            <w:pPr>
              <w:jc w:val="center"/>
            </w:pPr>
            <w:r/>
            <w:r>
              <w:rPr>
                <w:b/>
                <w:color w:val="155E3B"/>
                <w:sz w:val="18"/>
              </w:rPr>
              <w:t>FINAL TOTAL</w:t>
            </w:r>
          </w:p>
          <w:p>
            <w:pPr>
              <w:jc w:val="center"/>
            </w:pPr>
            <w:r>
              <w:rPr>
                <w:color w:val="333333"/>
                <w:sz w:val="16"/>
              </w:rPr>
              <w:t>Taxable Amount: __________________</w:t>
              <w:br/>
              <w:t>GRAND TOTAL: _____________________</w:t>
              <w:br/>
              <w:br/>
              <w:t>Authorized Signatory</w:t>
              <w:br/>
              <w:t>Signature / Stamp</w:t>
            </w:r>
          </w:p>
        </w:tc>
      </w:tr>
    </w:tbl>
    <w:p/>
    <w:tbl>
      <w:tblPr>
        <w:tblW w:type="auto" w:w="0"/>
        <w:tblLook w:firstColumn="1" w:firstRow="1" w:lastColumn="0" w:lastRow="0" w:noHBand="0" w:noVBand="1" w:val="04A0"/>
      </w:tblPr>
      <w:tblGrid>
        <w:gridCol w:w="11232"/>
      </w:tblGrid>
      <w:tr>
        <w:tc>
          <w:tcPr>
            <w:tcW w:type="dxa" w:w="11232"/>
            <w:shd w:fill="249B62"/>
            <w:tcMar>
              <w:top w:w="100" w:type="dxa"/>
              <w:start w:w="100" w:type="dxa"/>
              <w:bottom w:w="100" w:type="dxa"/>
              <w:end w:w="100" w:type="dxa"/>
            </w:tcMar>
          </w:tcPr>
          <w:p>
            <w:pPr>
              <w:jc w:val="left"/>
            </w:pPr>
            <w:r/>
            <w:r>
              <w:rPr>
                <w:b/>
                <w:color w:val="FFFFFF"/>
                <w:sz w:val="18"/>
              </w:rPr>
              <w:t>PAYMENT DETAILS  •  TERMS &amp; CONDITIONS</w:t>
            </w:r>
          </w:p>
          <w:p>
            <w:r>
              <w:rPr>
                <w:color w:val="FFFFFF"/>
                <w:sz w:val="16"/>
              </w:rPr>
              <w:t>Bank / UPI: _________________________________________________</w:t>
              <w:br/>
              <w:t>Payment Terms: ________________________________________________</w:t>
              <w:br/>
              <w:t>________________________________________________________________</w:t>
            </w:r>
          </w:p>
        </w:tc>
      </w:tr>
    </w:tbl>
    <w:sectPr w:rsidR="00FC693F" w:rsidRPr="0006063C" w:rsidSect="00034616">
      <w:pgSz w:w="12240" w:h="15840"/>
      <w:pgMar w:top="432" w:right="504" w:bottom="432" w:left="50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